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מחיר הכסף – סוגי 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ריבית ולמה משלמים או מקבלים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ריבית פשוטה לריבית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כוחו של הזמן בצבירת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תשלום על השימוש בכסף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הסכום המקורי שהופקד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בריבית דריבית מחשבים ריבית גם על הריבית הקודמת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הזמן שהכסף נשאר מופקד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יכול לגדול משמעותית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סכומים קטנים שמופקדים מוקדם יכולים לצבור ריבית דריבית משמעותית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העיקרון המרכזי של ריבית דריבית - צבירה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הגדרת ריבית דריבית - ריבית פשוטה מחושבת רק על הקרן המקורית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התחלה מוקדמת נותנת לכסף יותר זמן לצבור ריבית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בזכות ריבית הכסף גדל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(תשלום על השימוש בכסף)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(הסכום המקורי שהופקד)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(ריבית המחושבת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(ריבית המחושבת רק על הסכום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(כסף שמופקד לטווח ארוך)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מפקידים סכום כסף בבנק (הקרן)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 זמן והבנק מוסיף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בפעם הבאה הריבית מחושבת גם על הסכום החדש (כולל הריבית)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הסכום ממשיך לגדול ככל שעובר יותר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שזמן הוא גורם מכריע, ושגם סכום קטן שמופקד מוקדם יכול לגדול משמעותית עם השנים בזכות ריבית דריבית, כך שגם נוער יכול להתחיל לחסוך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שמראה שבריבית פשוטה הריבית נשארת קבועה בכל שנה, ואילו בריבית דריבית הריבית גדלה כל שנה כי מחשבים אותה גם על הריבית הקודמת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פשוטה - על הקרן בלבד; ריבית דריבית - גם על הריבית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זמן = יותר הזדמנויות לצבירת ריבית על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סכום, גם קטן, יכול לגדול משמעותית אם מתחילים מוקדם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בלוח חישוב פשוט של ריבית דריבית על פני 3-4 שנים כדי להמחיש את הגידול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בדילמה לדוגמאות מהחיים של התלמידים כמו חיסכון לקניה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קבוצתי קצר על השאלה הפתוחה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מחיר הכסף – סוגי 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כששמים כסף בבנק, הכסף גדל. זה נקרא ריבית. יש סוגים שונים של ריבית. ככל שמחכים יותר זמן, הכסף גדל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על השימוש בכסף - הבנק משלם לך או אתה משלם לבנק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המקורי שהפקידו או לוו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פשוטה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רק על הקרן המקורית בכל פעם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הריבית שכבר נצברה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ששמים בצד לטווח 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הפקדה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כסף לחשבון בנק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צבירה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גדילה הדרגתית של סכום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הזמן של הכסף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שכסף היום שווה יותר מאותו סכום בעתיד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שמשלמים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תשלום על השימוש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עמלה על משיכת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לכסף בבנק עם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הקרן?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הריבית שנצברה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הסכום המקורי שהופקד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העמלה החודשית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הסניף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ההבדל העיקרי בין ריבית פשוטה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בריבית דריבית מחשבים ריבית גם על הריבית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פשוטה גבוהה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דריבית קיימת רק בחו"ל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משפיע הכי הרבה על 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הכרטיס האשראי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הזמן שהכסף נשאר מופקד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בשבוע שבו הפקידו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הסניף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נער שמפקיד סכום קטן למשך שנים רבות, בזכות ריבית דריבית הכסף שלו: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יקטן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יכול לגדול משמעותית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יועבר אוטומטית למדינה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מתאימה רק למבוגרים ולעשירים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שמחכים יותר זמן עם החיסכון, הכסף גדל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פשוטה מחושבת כל פעם על סכום שכולל את הריבית 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הבדל בין להתחיל לחסוך בגיל צעיר לבין להתחיל בגיל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בבנק נשאר תמיד באותו סכום ללא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הסכום המקורי שמפקידים בבנק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ריבית שמחושבת גם על הריבית שכבר נצברה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הגורם המרכזי שמשפיע על גודל הצבירה בריבית דריבית הוא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תשלום על השימוש בכסף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ריבית שמחושבת רק על הסכום המקורי בכל פעם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ריבית המחושבת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שמופקד לטווח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תשלום על השימוש בכסף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ריבית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הסכום המקורי שהופקד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ריבית המחושבת רק על הסכום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ממשיך לגדול ככל שעובר יותר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מפקידים סכום כסף בבנק (הקרן)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 זמן והבנק מוסיף ריבית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בפעם הבאה הריבית מחושבת גם על הסכום החדש (כולל הריבית)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אומר: "ריבית דריבית זה דבר של עשירים ומבוגרים, לנוער אין כסף להשקיע". הסבירו במילים שלכם האם אתם מסכימים, והציגו טיעון שמסביר מה חשוב יותר - הסכום או הזמן.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בעזרת דוגמה פשוטה (מספרים קטנים) את ההבדל בין ריבית פשוטה לריבית דריבית על אותו סכום ואותה תקופה.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פשוטה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זמן חשוב כל כך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אומרים לחבר שחושב שריבית דריבית לא רלוונטית לנוער?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מחיר הכסף – סוגי ריבית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